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Large Word File with Repeated Large Images</w:t>
      </w:r>
    </w:p>
    <w:p>
      <w:r>
        <w:t>Image #1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#39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#49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#59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#69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#79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6" name="Picture 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7" name="Picture 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8" name="Picture 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#89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89" name="Picture 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0" name="Picture 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1" name="Picture 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2" name="Picture 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3" name="Picture 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4" name="Picture 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5" name="Picture 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6" name="Picture 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7" name="Picture 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8" name="Picture 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#99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99" name="Picture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#109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#119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#129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6" name="Picture 1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#139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1" name="Picture 1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#149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4" name="Picture 1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#159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#169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#179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#189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0" name="Picture 19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#191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#192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#193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3" name="Picture 19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#194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#195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5" name="Picture 1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#196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#197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#198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#199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199" name="Picture 1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t>Image #200</w:t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200" name="Picture 2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g_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